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CBE27" w14:textId="3BE8D7D1" w:rsidR="00D522DE" w:rsidRDefault="00C7688A" w:rsidP="00FE678E">
      <w:pPr>
        <w:pStyle w:val="Titel"/>
        <w:jc w:val="center"/>
      </w:pPr>
      <w:r>
        <w:rPr>
          <w:noProof/>
        </w:rPr>
        <w:drawing>
          <wp:inline distT="0" distB="0" distL="0" distR="0" wp14:anchorId="65080C2C" wp14:editId="72D4C182">
            <wp:extent cx="2301498" cy="230149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1276" cy="2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FE72" w14:textId="7F714C1A" w:rsidR="00FE678E" w:rsidRDefault="00000000" w:rsidP="00FE678E">
      <w:pPr>
        <w:pStyle w:val="Titel"/>
        <w:jc w:val="center"/>
      </w:pPr>
      <w:r w:rsidRPr="00FE678E">
        <w:rPr>
          <w:sz w:val="28"/>
          <w:szCs w:val="28"/>
        </w:rPr>
        <w:t>Beitrittserklärung zum</w:t>
      </w:r>
    </w:p>
    <w:p w14:paraId="531D7CFC" w14:textId="5DFA79D0" w:rsidR="004506E7" w:rsidRDefault="00000000" w:rsidP="00FE678E">
      <w:pPr>
        <w:pStyle w:val="Titel"/>
        <w:jc w:val="center"/>
      </w:pPr>
      <w:r>
        <w:t xml:space="preserve">Verein </w:t>
      </w:r>
      <w:r w:rsidR="00FE678E">
        <w:t>Kultur-Quartier Kloster</w:t>
      </w:r>
    </w:p>
    <w:p w14:paraId="2D50ABDC" w14:textId="3483B5F9" w:rsidR="004506E7" w:rsidRDefault="00000000">
      <w:r>
        <w:t xml:space="preserve">Hiermit erkläre ich meinen Beitritt zum Verein </w:t>
      </w:r>
      <w:r w:rsidR="00FE678E">
        <w:t>Kultur-Quartier Kloster</w:t>
      </w:r>
    </w:p>
    <w:p w14:paraId="0ADDE85F" w14:textId="77777777" w:rsidR="004506E7" w:rsidRDefault="00000000">
      <w:pPr>
        <w:pStyle w:val="berschrift1"/>
      </w:pPr>
      <w:r>
        <w:t>Persönliche Daten:</w:t>
      </w:r>
    </w:p>
    <w:p w14:paraId="7E2848FE" w14:textId="77777777" w:rsidR="004506E7" w:rsidRDefault="00000000">
      <w:r>
        <w:t>Vorname: _______________________________________</w:t>
      </w:r>
    </w:p>
    <w:p w14:paraId="6A853939" w14:textId="77777777" w:rsidR="004506E7" w:rsidRDefault="00000000">
      <w:r>
        <w:t>Nachname: _______________________________________</w:t>
      </w:r>
    </w:p>
    <w:p w14:paraId="13F130C7" w14:textId="77777777" w:rsidR="004506E7" w:rsidRDefault="00000000">
      <w:r>
        <w:t>Adresse: _______________________________________</w:t>
      </w:r>
    </w:p>
    <w:p w14:paraId="26E8F971" w14:textId="77777777" w:rsidR="004506E7" w:rsidRDefault="00000000">
      <w:r>
        <w:t>PLZ / Ort: _______________________________________</w:t>
      </w:r>
    </w:p>
    <w:p w14:paraId="52B631E7" w14:textId="77777777" w:rsidR="004506E7" w:rsidRDefault="00000000">
      <w:r>
        <w:t>E-Mail-Adresse: _______________________________________</w:t>
      </w:r>
    </w:p>
    <w:p w14:paraId="32A53A31" w14:textId="77777777" w:rsidR="004506E7" w:rsidRDefault="00000000">
      <w:r>
        <w:t>Telefon (optional): _______________________________________</w:t>
      </w:r>
    </w:p>
    <w:p w14:paraId="7750709C" w14:textId="769B07B6" w:rsidR="004506E7" w:rsidRDefault="00000000">
      <w:r>
        <w:t>Geburtsdatum (optional): _______________________________________</w:t>
      </w:r>
    </w:p>
    <w:p w14:paraId="63FCF6CC" w14:textId="77777777" w:rsidR="004506E7" w:rsidRDefault="00000000">
      <w:pPr>
        <w:pStyle w:val="berschrift1"/>
      </w:pPr>
      <w:r>
        <w:t>Mitgliedsbeitrag:</w:t>
      </w:r>
    </w:p>
    <w:p w14:paraId="7A94E020" w14:textId="1032EAD3" w:rsidR="004506E7" w:rsidRDefault="00000000">
      <w:r>
        <w:t xml:space="preserve">Ich verpflichte mich zur Zahlung des jährlichen Mitgliedsbeitrags in Höhe von </w:t>
      </w:r>
      <w:r w:rsidR="00FE678E">
        <w:t>100,-</w:t>
      </w:r>
      <w:r>
        <w:t xml:space="preserve"> €.</w:t>
      </w:r>
      <w:r>
        <w:br/>
      </w:r>
    </w:p>
    <w:p w14:paraId="3C671AAB" w14:textId="3F1E0685" w:rsidR="004506E7" w:rsidRDefault="00000000">
      <w:r>
        <w:t>Zahlungsweise (bitte ankreuzen):</w:t>
      </w:r>
      <w:r>
        <w:br/>
        <w:t>☐ Überweisung</w:t>
      </w:r>
      <w:r w:rsidR="00FE678E">
        <w:t xml:space="preserve"> IBAN: AT 76 2011 1856 9262 4600</w:t>
      </w:r>
      <w:r>
        <w:br/>
        <w:t>☐ Lastschrift (SEPA-Mandat wird separat erteilt)</w:t>
      </w:r>
      <w:r>
        <w:br/>
      </w:r>
      <w:r w:rsidR="00FE678E">
        <w:t xml:space="preserve">☐ </w:t>
      </w:r>
      <w:r w:rsidR="00FE678E">
        <w:t>bar</w:t>
      </w:r>
      <w:r w:rsidR="00FE678E">
        <w:br/>
      </w:r>
    </w:p>
    <w:p w14:paraId="5A76F374" w14:textId="77777777" w:rsidR="004506E7" w:rsidRDefault="00000000">
      <w:pPr>
        <w:pStyle w:val="berschrift1"/>
      </w:pPr>
      <w:r>
        <w:lastRenderedPageBreak/>
        <w:t>Datenschutzerklärung (DSGVO):</w:t>
      </w:r>
    </w:p>
    <w:p w14:paraId="2066811C" w14:textId="77777777" w:rsidR="004506E7" w:rsidRDefault="00000000">
      <w:r>
        <w:t>Ich erkläre mich damit einverstanden, dass meine oben angegebenen personenbezogenen Daten vom Verein [Vereinsname] zum Zweck der Mitgliederverwaltung, Kommunikation und Abwicklung von Vereinsangelegenheiten verarbeitet und gespeichert werden.</w:t>
      </w:r>
      <w:r>
        <w:br/>
      </w:r>
      <w:r>
        <w:br/>
        <w:t>Die Daten werden ausschließlich vereinsintern verwendet und nicht an Dritte weitergegeben, sofern keine gesetzliche Verpflichtung dazu besteht.</w:t>
      </w:r>
      <w:r>
        <w:br/>
      </w:r>
      <w:r>
        <w:br/>
        <w:t>Ich wurde darüber informiert, dass ich jederzeit das Recht auf Auskunft, Berichtigung, Löschung oder Einschränkung der Verarbeitung meiner Daten habe. Ebenso kann ich meine Einwilligung jederzeit schriftlich widerrufen.</w:t>
      </w:r>
    </w:p>
    <w:p w14:paraId="1773CC17" w14:textId="77777777" w:rsidR="004506E7" w:rsidRDefault="004506E7"/>
    <w:p w14:paraId="50695BAE" w14:textId="77777777" w:rsidR="004506E7" w:rsidRDefault="00000000">
      <w:pPr>
        <w:pStyle w:val="berschrift1"/>
      </w:pPr>
      <w:r>
        <w:t>Einwilligung:</w:t>
      </w:r>
    </w:p>
    <w:p w14:paraId="74EF0D6E" w14:textId="77777777" w:rsidR="004506E7" w:rsidRDefault="00000000">
      <w:r>
        <w:t>☐ Ich habe die Datenschutzerklärung gelesen und stimme der Verarbeitung meiner Daten zu.</w:t>
      </w:r>
      <w:r>
        <w:br/>
      </w:r>
    </w:p>
    <w:p w14:paraId="11E33265" w14:textId="77777777" w:rsidR="004506E7" w:rsidRDefault="00000000">
      <w:r>
        <w:t>Ort, Datum: _______________________________________</w:t>
      </w:r>
    </w:p>
    <w:p w14:paraId="541102DD" w14:textId="77777777" w:rsidR="004506E7" w:rsidRDefault="00000000">
      <w:r>
        <w:t>Unterschrift: _______________________________________</w:t>
      </w:r>
    </w:p>
    <w:p w14:paraId="2BA7BEA4" w14:textId="77777777" w:rsidR="004506E7" w:rsidRDefault="00000000">
      <w:r>
        <w:t>(bei Minderjährigen: Unterschrift eines Erziehungsberechtigten)</w:t>
      </w:r>
      <w:r>
        <w:br/>
      </w:r>
    </w:p>
    <w:p w14:paraId="5D4951B3" w14:textId="77777777" w:rsidR="004506E7" w:rsidRDefault="00000000">
      <w:pPr>
        <w:pStyle w:val="berschrift1"/>
      </w:pPr>
      <w:r>
        <w:t>Hinweis:</w:t>
      </w:r>
    </w:p>
    <w:p w14:paraId="3F7A01FC" w14:textId="77777777" w:rsidR="00194048" w:rsidRDefault="00000000">
      <w:r>
        <w:t>Bitte senden Sie das ausgefüllte Formular an:</w:t>
      </w:r>
      <w:r>
        <w:br/>
      </w:r>
    </w:p>
    <w:p w14:paraId="0A5D4CEF" w14:textId="3C4BB560" w:rsidR="00FE678E" w:rsidRDefault="00000000">
      <w:r>
        <w:t>Vereinsadresse</w:t>
      </w:r>
      <w:r w:rsidR="00FE678E">
        <w:t>: Marienplatz 1, 2310 Mistelbach</w:t>
      </w:r>
    </w:p>
    <w:p w14:paraId="60D01BBD" w14:textId="2902C571" w:rsidR="004506E7" w:rsidRDefault="00000000">
      <w:r>
        <w:t xml:space="preserve">oder </w:t>
      </w:r>
      <w:r w:rsidR="00FE678E">
        <w:t xml:space="preserve">E-Mail: </w:t>
      </w:r>
      <w:hyperlink r:id="rId7" w:history="1">
        <w:r w:rsidR="00FE678E" w:rsidRPr="0061559F">
          <w:rPr>
            <w:rStyle w:val="Hyperlink"/>
          </w:rPr>
          <w:t>lester.sv@aon.at</w:t>
        </w:r>
      </w:hyperlink>
      <w:r w:rsidR="00FE678E">
        <w:t xml:space="preserve"> oder </w:t>
      </w:r>
      <w:hyperlink r:id="rId8" w:history="1">
        <w:r w:rsidR="00FE678E" w:rsidRPr="0061559F">
          <w:rPr>
            <w:rStyle w:val="Hyperlink"/>
          </w:rPr>
          <w:t>franz.lindmaier@aon.at</w:t>
        </w:r>
      </w:hyperlink>
    </w:p>
    <w:p w14:paraId="40BAF3D3" w14:textId="77777777" w:rsidR="00FE678E" w:rsidRDefault="00FE678E"/>
    <w:p w14:paraId="04007C48" w14:textId="77777777" w:rsidR="00FE678E" w:rsidRDefault="00FE678E"/>
    <w:sectPr w:rsidR="00FE678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27829711">
    <w:abstractNumId w:val="8"/>
  </w:num>
  <w:num w:numId="2" w16cid:durableId="152139307">
    <w:abstractNumId w:val="6"/>
  </w:num>
  <w:num w:numId="3" w16cid:durableId="84570345">
    <w:abstractNumId w:val="5"/>
  </w:num>
  <w:num w:numId="4" w16cid:durableId="2095545039">
    <w:abstractNumId w:val="4"/>
  </w:num>
  <w:num w:numId="5" w16cid:durableId="313992279">
    <w:abstractNumId w:val="7"/>
  </w:num>
  <w:num w:numId="6" w16cid:durableId="1622689604">
    <w:abstractNumId w:val="3"/>
  </w:num>
  <w:num w:numId="7" w16cid:durableId="278881068">
    <w:abstractNumId w:val="2"/>
  </w:num>
  <w:num w:numId="8" w16cid:durableId="89663958">
    <w:abstractNumId w:val="1"/>
  </w:num>
  <w:num w:numId="9" w16cid:durableId="1440756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94048"/>
    <w:rsid w:val="0029639D"/>
    <w:rsid w:val="002E056A"/>
    <w:rsid w:val="00326F90"/>
    <w:rsid w:val="004506E7"/>
    <w:rsid w:val="00AA1D8D"/>
    <w:rsid w:val="00B47730"/>
    <w:rsid w:val="00C7688A"/>
    <w:rsid w:val="00CB0664"/>
    <w:rsid w:val="00D522DE"/>
    <w:rsid w:val="00FC693F"/>
    <w:rsid w:val="00FE678E"/>
    <w:rsid w:val="00FF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D41971"/>
  <w14:defaultImageDpi w14:val="300"/>
  <w15:docId w15:val="{5AF46FDB-3086-0847-B863-BC13ED008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Absatz-Standardschriftart"/>
    <w:uiPriority w:val="99"/>
    <w:unhideWhenUsed/>
    <w:rsid w:val="00FE678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E67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z.lindmaier@aon.at" TargetMode="External"/><Relationship Id="rId3" Type="http://schemas.openxmlformats.org/officeDocument/2006/relationships/styles" Target="styles.xml"/><Relationship Id="rId7" Type="http://schemas.openxmlformats.org/officeDocument/2006/relationships/hyperlink" Target="mailto:lester.sv@aon.a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DI Lester Heinrich</cp:lastModifiedBy>
  <cp:revision>6</cp:revision>
  <dcterms:created xsi:type="dcterms:W3CDTF">2013-12-23T23:15:00Z</dcterms:created>
  <dcterms:modified xsi:type="dcterms:W3CDTF">2026-04-16T08:40:00Z</dcterms:modified>
  <cp:category/>
</cp:coreProperties>
</file>